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E28B4" w14:textId="77777777" w:rsidR="00C6200C" w:rsidRDefault="00000000">
      <w:pPr>
        <w:pStyle w:val="Title"/>
        <w:jc w:val="center"/>
      </w:pPr>
      <w:r>
        <w:t>SPORT PARTICIPANT RELEASE OF LIABILITY, WAIVER OF CLAIMS, EXPRESS ASSUMPTION OF RISK AND INDEMNITY AGREEMENT</w:t>
      </w:r>
    </w:p>
    <w:p w14:paraId="5C7C2A00" w14:textId="77777777" w:rsidR="00C6200C" w:rsidRDefault="00000000">
      <w:pPr>
        <w:spacing w:after="100"/>
        <w:jc w:val="center"/>
      </w:pPr>
      <w:r>
        <w:rPr>
          <w:i/>
          <w:sz w:val="17"/>
        </w:rPr>
        <w:t>Please read and be carefully read and understand the implications of signing.</w:t>
      </w:r>
    </w:p>
    <w:p w14:paraId="22642D13" w14:textId="77777777" w:rsidR="00C6200C" w:rsidRDefault="00000000">
      <w:pPr>
        <w:spacing w:after="40"/>
      </w:pPr>
      <w:r>
        <w:rPr>
          <w:b/>
        </w:rPr>
        <w:t>Express Assumption of Risk Associated with Sport, Venue Use and Related Activities.</w:t>
      </w:r>
    </w:p>
    <w:p w14:paraId="7821FB07" w14:textId="77777777" w:rsidR="00C6200C" w:rsidRDefault="00000000">
      <w:pPr>
        <w:spacing w:after="40"/>
      </w:pPr>
      <w:r>
        <w:t xml:space="preserve">I, </w:t>
      </w:r>
      <w:sdt>
        <w:sdtPr>
          <w:rPr>
            <w:highlight w:val="yellow"/>
            <w:u w:val="single"/>
          </w:rPr>
          <w:alias w:val="Participant Name"/>
          <w:tag w:val="Participant Name"/>
          <w:id w:val="-781565115"/>
          <w:text/>
        </w:sdtPr>
        <w:sdtContent>
          <w:r w:rsidRPr="0034524B">
            <w:rPr>
              <w:color w:val="777777"/>
              <w:highlight w:val="yellow"/>
              <w:u w:val="single"/>
            </w:rPr>
            <w:t>click or tap to enter full name</w:t>
          </w:r>
        </w:sdtContent>
      </w:sdt>
      <w:r w:rsidRPr="0034524B">
        <w:rPr>
          <w:highlight w:val="yellow"/>
          <w:u w:val="single"/>
        </w:rPr>
        <w:t>,</w:t>
      </w:r>
      <w:r>
        <w:t xml:space="preserve"> do hereby affirm and acknowledge that I have been fully informed of the inherent hazards and risks associated with any and all Rusty Bindings Ski Club activities, transportation or equipment related to the activities, and traveling to and from activity sites in which I am about to engage. Inherent hazards and risks include but are not limited to:</w:t>
      </w:r>
    </w:p>
    <w:p w14:paraId="4AA84689" w14:textId="77777777" w:rsidR="00C6200C" w:rsidRDefault="00000000">
      <w:pPr>
        <w:spacing w:after="7" w:line="230" w:lineRule="auto"/>
        <w:ind w:left="475" w:hanging="331"/>
      </w:pPr>
      <w:r>
        <w:rPr>
          <w:sz w:val="15"/>
        </w:rPr>
        <w:t>1.</w:t>
      </w:r>
      <w:r>
        <w:tab/>
      </w:r>
      <w:r>
        <w:rPr>
          <w:sz w:val="15"/>
        </w:rPr>
        <w:t>Risk of injury from the activity and equipment utilized is significant including the potential for broken bones, severe injuries to the head, neck, and back or other bodily injuries that may result in permanent disability and death.</w:t>
      </w:r>
    </w:p>
    <w:p w14:paraId="34A6CD83" w14:textId="77777777" w:rsidR="00C6200C" w:rsidRDefault="00000000">
      <w:pPr>
        <w:spacing w:after="7" w:line="230" w:lineRule="auto"/>
        <w:ind w:left="475" w:hanging="331"/>
      </w:pPr>
      <w:r>
        <w:rPr>
          <w:sz w:val="15"/>
        </w:rPr>
        <w:t>2.</w:t>
      </w:r>
      <w:r>
        <w:tab/>
      </w:r>
      <w:r>
        <w:rPr>
          <w:sz w:val="15"/>
        </w:rPr>
        <w:t>Possible equipment failure and/or malfunction or misuse of my own or others’ equipment.</w:t>
      </w:r>
    </w:p>
    <w:p w14:paraId="7E26E8F6" w14:textId="77777777" w:rsidR="00C6200C" w:rsidRDefault="00000000">
      <w:pPr>
        <w:spacing w:after="7" w:line="230" w:lineRule="auto"/>
        <w:ind w:left="475" w:hanging="331"/>
      </w:pPr>
      <w:r>
        <w:rPr>
          <w:sz w:val="15"/>
        </w:rPr>
        <w:t>3.</w:t>
      </w:r>
      <w:r>
        <w:tab/>
      </w:r>
      <w:r>
        <w:rPr>
          <w:sz w:val="15"/>
        </w:rPr>
        <w:t>I AGREE THAT I WILL WEAR APPROVED PROTECTIVE GEAR AS DECREED BY THE GOVERNING BODY OF THE SPORT I AM PARTICIPATING IN. However, protective gear cannot guarantee the participant’s safety. I further agree that no helmet can protect the wearer against all potential head injuries or prevent injury to the wearer’s face, neck or spinal cord.</w:t>
      </w:r>
    </w:p>
    <w:p w14:paraId="35C4256C" w14:textId="77777777" w:rsidR="00C6200C" w:rsidRDefault="00000000">
      <w:pPr>
        <w:spacing w:after="7" w:line="230" w:lineRule="auto"/>
        <w:ind w:left="475" w:hanging="331"/>
      </w:pPr>
      <w:r>
        <w:rPr>
          <w:sz w:val="15"/>
        </w:rPr>
        <w:t>4.</w:t>
      </w:r>
      <w:r>
        <w:tab/>
      </w:r>
      <w:r>
        <w:rPr>
          <w:sz w:val="15"/>
        </w:rPr>
        <w:t>Variation and/or steepness of terrain, variation or changes in surfaces including but not limited to snow surfaces, ice, bare spots, rocks, stumps, debris, cliffs, trees, fences, posts, trees, light poles, signs, buildings, roads, walkways, ramps, rails, stairs, pyramids, manual pads, bowls, half-pipes, jumps, padded and nonpadded barriers, other persons, any other natural and man-made hazards.</w:t>
      </w:r>
    </w:p>
    <w:p w14:paraId="40DC640B" w14:textId="77777777" w:rsidR="00C6200C" w:rsidRDefault="00000000">
      <w:pPr>
        <w:spacing w:after="7" w:line="230" w:lineRule="auto"/>
        <w:ind w:left="475" w:hanging="331"/>
      </w:pPr>
      <w:r>
        <w:rPr>
          <w:sz w:val="15"/>
        </w:rPr>
        <w:t>5.</w:t>
      </w:r>
      <w:r>
        <w:tab/>
      </w:r>
      <w:r>
        <w:rPr>
          <w:sz w:val="15"/>
        </w:rPr>
        <w:t>My own negligence and/or the negligence of others, including but not limited to operator error and guide’s decision making including misjudging terrain, weather, riding surfaces or other obstacles.</w:t>
      </w:r>
    </w:p>
    <w:p w14:paraId="61F6E298" w14:textId="77777777" w:rsidR="00C6200C" w:rsidRDefault="00000000">
      <w:pPr>
        <w:spacing w:after="7" w:line="230" w:lineRule="auto"/>
        <w:ind w:left="475" w:hanging="331"/>
      </w:pPr>
      <w:r>
        <w:rPr>
          <w:sz w:val="15"/>
        </w:rPr>
        <w:t>6.</w:t>
      </w:r>
      <w:r>
        <w:tab/>
      </w:r>
      <w:r>
        <w:rPr>
          <w:sz w:val="15"/>
        </w:rPr>
        <w:t>Exposure to life elements and temperature extremes may result if frost nip, frost bite, heat exhaustion, heat stroke, sunburn, hypothermia and dehydration.</w:t>
      </w:r>
    </w:p>
    <w:p w14:paraId="575FD0F0" w14:textId="77777777" w:rsidR="00C6200C" w:rsidRDefault="00000000">
      <w:pPr>
        <w:spacing w:after="7" w:line="230" w:lineRule="auto"/>
        <w:ind w:left="475" w:hanging="331"/>
      </w:pPr>
      <w:r>
        <w:rPr>
          <w:sz w:val="15"/>
        </w:rPr>
        <w:t>7.</w:t>
      </w:r>
      <w:r>
        <w:tab/>
      </w:r>
      <w:r>
        <w:rPr>
          <w:sz w:val="15"/>
        </w:rPr>
        <w:t>Dangers associated with exposure to natural elements include but are not limited to avalanche, rock fall, inclement weather, thunder and lightning, severe and or varied wind, temperature and other weather conditions.</w:t>
      </w:r>
    </w:p>
    <w:p w14:paraId="11DF5A5C" w14:textId="77777777" w:rsidR="00C6200C" w:rsidRDefault="00000000">
      <w:pPr>
        <w:spacing w:after="7" w:line="230" w:lineRule="auto"/>
        <w:ind w:left="475" w:hanging="331"/>
      </w:pPr>
      <w:r>
        <w:rPr>
          <w:sz w:val="15"/>
        </w:rPr>
        <w:t>8.</w:t>
      </w:r>
      <w:r>
        <w:tab/>
      </w:r>
      <w:r>
        <w:rPr>
          <w:sz w:val="15"/>
        </w:rPr>
        <w:t>Accidents or illness occurring in remote places where there are no available medical facilities.</w:t>
      </w:r>
    </w:p>
    <w:p w14:paraId="409A46BA" w14:textId="77777777" w:rsidR="00C6200C" w:rsidRDefault="00000000">
      <w:pPr>
        <w:spacing w:after="7" w:line="230" w:lineRule="auto"/>
        <w:ind w:left="475" w:hanging="331"/>
      </w:pPr>
      <w:r>
        <w:rPr>
          <w:sz w:val="15"/>
        </w:rPr>
        <w:t>9.</w:t>
      </w:r>
      <w:r>
        <w:tab/>
      </w:r>
      <w:r>
        <w:rPr>
          <w:sz w:val="15"/>
        </w:rPr>
        <w:t>Fatigue, exhaustion, chill, and/or dizziness, which may diminish my reaction time and increase the risk of accident.</w:t>
      </w:r>
    </w:p>
    <w:p w14:paraId="79981619" w14:textId="77777777" w:rsidR="00C6200C" w:rsidRDefault="00000000">
      <w:pPr>
        <w:spacing w:after="7" w:line="230" w:lineRule="auto"/>
        <w:ind w:left="475" w:hanging="331"/>
      </w:pPr>
      <w:r>
        <w:rPr>
          <w:sz w:val="15"/>
        </w:rPr>
        <w:t>10.</w:t>
      </w:r>
      <w:r>
        <w:tab/>
      </w:r>
      <w:r>
        <w:rPr>
          <w:sz w:val="15"/>
        </w:rPr>
        <w:t>Risk of delays, inconveniences, theft, terrorism, crimes, personal losses, and mechanical problems.</w:t>
      </w:r>
    </w:p>
    <w:p w14:paraId="5A94B6B0" w14:textId="77777777" w:rsidR="00C6200C" w:rsidRDefault="00000000">
      <w:pPr>
        <w:spacing w:after="7" w:line="230" w:lineRule="auto"/>
        <w:ind w:left="475" w:hanging="331"/>
      </w:pPr>
      <w:r>
        <w:rPr>
          <w:sz w:val="15"/>
        </w:rPr>
        <w:t>11.</w:t>
      </w:r>
      <w:r>
        <w:tab/>
      </w:r>
      <w:r>
        <w:rPr>
          <w:sz w:val="15"/>
        </w:rPr>
        <w:t>Impact or collisions with other athletes, specialists, facility employees, pedestrians, motor vehicles, and cyclists.</w:t>
      </w:r>
    </w:p>
    <w:p w14:paraId="163176A6" w14:textId="77777777" w:rsidR="00C6200C" w:rsidRDefault="00000000">
      <w:pPr>
        <w:spacing w:after="7" w:line="230" w:lineRule="auto"/>
        <w:ind w:left="475" w:hanging="331"/>
      </w:pPr>
      <w:r>
        <w:rPr>
          <w:sz w:val="15"/>
        </w:rPr>
        <w:t>12.</w:t>
      </w:r>
      <w:r>
        <w:tab/>
      </w:r>
      <w:r>
        <w:rPr>
          <w:sz w:val="15"/>
        </w:rPr>
        <w:t>“Acts of God” or other actions taken by governments or their civil authorities, or common carriers that would impede Rusty Bindings delivering any or all of the contracted services, may result in injury, inconvenience, travel deviations, or unexpected cancellations relating to such risks or events, and are not within Rusty Bindings’ control.</w:t>
      </w:r>
    </w:p>
    <w:p w14:paraId="02A189B0" w14:textId="77777777" w:rsidR="00C6200C" w:rsidRDefault="00000000">
      <w:pPr>
        <w:spacing w:after="7" w:line="230" w:lineRule="auto"/>
        <w:ind w:left="475" w:hanging="331"/>
      </w:pPr>
      <w:r>
        <w:rPr>
          <w:sz w:val="15"/>
        </w:rPr>
        <w:t>13.</w:t>
      </w:r>
      <w:r>
        <w:tab/>
      </w:r>
      <w:r>
        <w:rPr>
          <w:sz w:val="15"/>
        </w:rPr>
        <w:t>Participation includes possible exposure to and illness from infectious diseases including but not limited to MRSA, influenza, and COVID-19. While rules and personal discipline may reduce this risk, the risk of exposure illness and death does exist, and I KNOWINGLY AND FREELY ASSUME ALL SUCH RISKS, both known and unknown, EVEN IF ARISING FROM THE NEGLIGENCE OF THE RELEASEES or others, and assume full responsibility for my participation; and</w:t>
      </w:r>
    </w:p>
    <w:p w14:paraId="0A2BCE14" w14:textId="77777777" w:rsidR="00C6200C" w:rsidRDefault="00000000">
      <w:pPr>
        <w:spacing w:after="7" w:line="230" w:lineRule="auto"/>
        <w:ind w:left="475" w:hanging="331"/>
      </w:pPr>
      <w:r>
        <w:rPr>
          <w:sz w:val="15"/>
        </w:rPr>
        <w:t>14.</w:t>
      </w:r>
      <w:r>
        <w:tab/>
      </w:r>
      <w:r>
        <w:rPr>
          <w:sz w:val="15"/>
        </w:rPr>
        <w:t>I willingly agree to comply with the stated and customary terms and conditions for participation as regards protection against infectious diseases. If, However, I observe any unusual or significant hazard during my presence or participation, I will remove myself from participation and bring such to the attention of the nearest official immediately.</w:t>
      </w:r>
    </w:p>
    <w:p w14:paraId="4D8D7E07" w14:textId="77777777" w:rsidR="00C6200C" w:rsidRDefault="00000000">
      <w:pPr>
        <w:spacing w:before="60" w:after="20"/>
      </w:pPr>
      <w:r>
        <w:rPr>
          <w:b/>
        </w:rPr>
        <w:t>Release of Liability, Waiver of Claims and Indemnity Agreement.</w:t>
      </w:r>
    </w:p>
    <w:p w14:paraId="4828BC2F" w14:textId="77777777" w:rsidR="00C6200C" w:rsidRDefault="00000000">
      <w:pPr>
        <w:spacing w:after="20"/>
        <w:ind w:left="230" w:firstLine="230"/>
      </w:pPr>
      <w:r>
        <w:t>In consideration for being permitted to participate in the above-described activity(ies) and related activities, I hereby agree, acknowledge and appreciate that:</w:t>
      </w:r>
    </w:p>
    <w:p w14:paraId="5DC825F9" w14:textId="77777777" w:rsidR="00C6200C" w:rsidRDefault="00000000">
      <w:pPr>
        <w:spacing w:after="7" w:line="230" w:lineRule="auto"/>
        <w:ind w:left="475" w:hanging="331"/>
      </w:pPr>
      <w:r>
        <w:rPr>
          <w:sz w:val="15"/>
        </w:rPr>
        <w:t>1.</w:t>
      </w:r>
      <w:r>
        <w:tab/>
      </w:r>
      <w:r>
        <w:rPr>
          <w:sz w:val="15"/>
        </w:rPr>
        <w:t>I HEREBY RELEASE AND HOLD HARMLESS WITH RESPECT TO ANY AND ALL INJURY, DISABILITY, DEATH, or loss or damage to person or property, WHETHER CAUSED BY NEGLIGENCE OR OTHERWISE, the following named persons or entities, herein referred to as releasees. Rusty Bindings Ski Club</w:t>
      </w:r>
    </w:p>
    <w:p w14:paraId="6265A58F" w14:textId="77777777" w:rsidR="00C6200C" w:rsidRDefault="00000000">
      <w:pPr>
        <w:spacing w:after="7" w:line="230" w:lineRule="auto"/>
        <w:ind w:left="475" w:hanging="331"/>
      </w:pPr>
      <w:r>
        <w:rPr>
          <w:sz w:val="15"/>
        </w:rPr>
        <w:t>2.</w:t>
      </w:r>
      <w:r>
        <w:tab/>
      </w:r>
      <w:r>
        <w:rPr>
          <w:sz w:val="15"/>
        </w:rPr>
        <w:t>To release the releasees, their officers, directors, employees, representatives, agents, and volunteers from liability and responsibility whatsoever and for any claims or causes of action that I, my estate, heirs, survivors, executors, or assigns may have for personal injury, property damage, or wrongful death arising from the above activities whether caused by active or passive negligence of the releasees or otherwise. By executing this document, I agree to hold the releasees harmless and indemnify them in conjunction with any injury, disability, death, or loss or damage to person or property that may occur as a result of my engaging in the above activities.</w:t>
      </w:r>
    </w:p>
    <w:p w14:paraId="708D5290" w14:textId="77777777" w:rsidR="00C6200C" w:rsidRDefault="00000000">
      <w:pPr>
        <w:spacing w:after="7" w:line="230" w:lineRule="auto"/>
        <w:ind w:left="475" w:hanging="331"/>
      </w:pPr>
      <w:r>
        <w:rPr>
          <w:sz w:val="15"/>
        </w:rPr>
        <w:t>3.</w:t>
      </w:r>
      <w:r>
        <w:tab/>
      </w:r>
      <w:r>
        <w:rPr>
          <w:sz w:val="15"/>
        </w:rPr>
        <w:t>By entering into this Agreement, I am not relying on any oral or written representation or statements made by the releasees, other than what is set forth in this Agreement.</w:t>
      </w:r>
    </w:p>
    <w:p w14:paraId="78A54290" w14:textId="77777777" w:rsidR="00C6200C" w:rsidRDefault="00000000">
      <w:pPr>
        <w:spacing w:after="7" w:line="230" w:lineRule="auto"/>
        <w:ind w:left="475" w:hanging="331"/>
      </w:pPr>
      <w:r>
        <w:rPr>
          <w:sz w:val="15"/>
        </w:rPr>
        <w:t>4.</w:t>
      </w:r>
      <w:r>
        <w:tab/>
      </w:r>
      <w:r>
        <w:rPr>
          <w:sz w:val="15"/>
        </w:rPr>
        <w:t>This agreement shall apply to any and all injury, disability, death, or loss or damage to person or property occurring at any time after the execution of this agreement.</w:t>
      </w:r>
    </w:p>
    <w:p w14:paraId="76F79003" w14:textId="77777777" w:rsidR="00C6200C" w:rsidRDefault="00000000">
      <w:pPr>
        <w:spacing w:before="40"/>
        <w:ind w:left="101"/>
      </w:pPr>
      <w:r>
        <w:t>This release shall be binding to the fullest extent permitted by law. If any provision of this release is found to be unenforceable, the remaining terms shall be enforceable.</w:t>
      </w:r>
    </w:p>
    <w:p w14:paraId="125CAD1E" w14:textId="77777777" w:rsidR="00C6200C" w:rsidRDefault="00000000">
      <w:pPr>
        <w:spacing w:before="60" w:after="40"/>
      </w:pPr>
      <w:r>
        <w:rPr>
          <w:sz w:val="15"/>
        </w:rPr>
        <w:t>I HAVE READ THIS RELEASE OF LIABILITY AND ASSUMPTION OF RISK AGREEMENT, I FULLY UNDERSTAND ITS TERMS, I UNDERSTAND THAT I HAVE GIVEN UP LEGAL RIGHTS BY SIGNING IT, AND I SIGN IT FREELY AND VOLUNTARILY WITHOUT ANY INDUCEMENT.</w:t>
      </w:r>
    </w:p>
    <w:tbl>
      <w:tblPr>
        <w:tblW w:w="0" w:type="auto"/>
        <w:jc w:val="center"/>
        <w:tblLayout w:type="fixed"/>
        <w:tblLook w:val="04A0" w:firstRow="1" w:lastRow="0" w:firstColumn="1" w:lastColumn="0" w:noHBand="0" w:noVBand="1"/>
      </w:tblPr>
      <w:tblGrid>
        <w:gridCol w:w="3581"/>
        <w:gridCol w:w="4104"/>
        <w:gridCol w:w="3581"/>
      </w:tblGrid>
      <w:tr w:rsidR="00C6200C" w14:paraId="60D636E8" w14:textId="77777777">
        <w:trPr>
          <w:jc w:val="center"/>
        </w:trPr>
        <w:tc>
          <w:tcPr>
            <w:tcW w:w="3384" w:type="dxa"/>
            <w:tcMar>
              <w:top w:w="25" w:type="dxa"/>
              <w:left w:w="45" w:type="dxa"/>
              <w:bottom w:w="25" w:type="dxa"/>
              <w:right w:w="45" w:type="dxa"/>
            </w:tcMar>
            <w:vAlign w:val="bottom"/>
          </w:tcPr>
          <w:p w14:paraId="086A0C47" w14:textId="77777777" w:rsidR="00C6200C" w:rsidRDefault="00000000">
            <w:pPr>
              <w:pBdr>
                <w:bottom w:val="single" w:sz="6" w:space="1" w:color="000000"/>
              </w:pBdr>
            </w:pPr>
            <w:r>
              <w:t xml:space="preserve">S/  </w:t>
            </w:r>
            <w:sdt>
              <w:sdtPr>
                <w:rPr>
                  <w:highlight w:val="yellow"/>
                </w:rPr>
                <w:alias w:val="Adult Participant Signature"/>
                <w:tag w:val="Adult Participant Signature"/>
                <w:id w:val="260731299"/>
                <w:text/>
              </w:sdtPr>
              <w:sdtContent>
                <w:r w:rsidRPr="0034524B">
                  <w:rPr>
                    <w:color w:val="777777"/>
                    <w:highlight w:val="yellow"/>
                  </w:rPr>
                  <w:t>click or tap to enter</w:t>
                </w:r>
              </w:sdtContent>
            </w:sdt>
          </w:p>
        </w:tc>
        <w:tc>
          <w:tcPr>
            <w:tcW w:w="4104" w:type="dxa"/>
            <w:tcMar>
              <w:top w:w="25" w:type="dxa"/>
              <w:left w:w="45" w:type="dxa"/>
              <w:bottom w:w="25" w:type="dxa"/>
              <w:right w:w="45" w:type="dxa"/>
            </w:tcMar>
            <w:vAlign w:val="bottom"/>
          </w:tcPr>
          <w:p w14:paraId="6765B1FE" w14:textId="77777777" w:rsidR="00C6200C" w:rsidRPr="0034524B" w:rsidRDefault="00000000">
            <w:pPr>
              <w:pBdr>
                <w:bottom w:val="single" w:sz="6" w:space="1" w:color="000000"/>
              </w:pBdr>
              <w:rPr>
                <w:highlight w:val="yellow"/>
              </w:rPr>
            </w:pPr>
            <w:sdt>
              <w:sdtPr>
                <w:rPr>
                  <w:highlight w:val="yellow"/>
                </w:rPr>
                <w:alias w:val="Adult Participant Printed Name"/>
                <w:tag w:val="Adult Participant Printed Name"/>
                <w:id w:val="-814479473"/>
                <w:text/>
              </w:sdtPr>
              <w:sdtContent>
                <w:r w:rsidRPr="0034524B">
                  <w:rPr>
                    <w:color w:val="777777"/>
                    <w:highlight w:val="yellow"/>
                  </w:rPr>
                  <w:t>click or tap to enter</w:t>
                </w:r>
              </w:sdtContent>
            </w:sdt>
          </w:p>
        </w:tc>
        <w:tc>
          <w:tcPr>
            <w:tcW w:w="2232" w:type="dxa"/>
            <w:tcMar>
              <w:top w:w="25" w:type="dxa"/>
              <w:left w:w="45" w:type="dxa"/>
              <w:bottom w:w="25" w:type="dxa"/>
              <w:right w:w="45" w:type="dxa"/>
            </w:tcMar>
            <w:vAlign w:val="bottom"/>
          </w:tcPr>
          <w:p w14:paraId="436A51F0" w14:textId="77777777" w:rsidR="00C6200C" w:rsidRPr="0034524B" w:rsidRDefault="00000000">
            <w:pPr>
              <w:pBdr>
                <w:bottom w:val="single" w:sz="6" w:space="1" w:color="000000"/>
              </w:pBdr>
              <w:rPr>
                <w:highlight w:val="yellow"/>
              </w:rPr>
            </w:pPr>
            <w:sdt>
              <w:sdtPr>
                <w:rPr>
                  <w:highlight w:val="yellow"/>
                </w:rPr>
                <w:alias w:val="Signature Date"/>
                <w:tag w:val="Signature Date"/>
                <w:id w:val="1177694038"/>
                <w:text/>
              </w:sdtPr>
              <w:sdtContent>
                <w:r w:rsidRPr="0034524B">
                  <w:rPr>
                    <w:color w:val="777777"/>
                    <w:highlight w:val="yellow"/>
                  </w:rPr>
                  <w:t>click or tap to enter</w:t>
                </w:r>
              </w:sdtContent>
            </w:sdt>
          </w:p>
        </w:tc>
      </w:tr>
      <w:tr w:rsidR="00C6200C" w14:paraId="58E1D75B" w14:textId="77777777">
        <w:trPr>
          <w:jc w:val="center"/>
        </w:trPr>
        <w:tc>
          <w:tcPr>
            <w:tcW w:w="3581" w:type="dxa"/>
            <w:tcMar>
              <w:top w:w="0" w:type="dxa"/>
              <w:left w:w="45" w:type="dxa"/>
              <w:bottom w:w="0" w:type="dxa"/>
              <w:right w:w="45" w:type="dxa"/>
            </w:tcMar>
          </w:tcPr>
          <w:p w14:paraId="15055081" w14:textId="77777777" w:rsidR="00C6200C" w:rsidRDefault="00000000">
            <w:pPr>
              <w:jc w:val="center"/>
            </w:pPr>
            <w:r>
              <w:rPr>
                <w:i/>
                <w:sz w:val="14"/>
              </w:rPr>
              <w:t>Signature of Adult Participant</w:t>
            </w:r>
          </w:p>
        </w:tc>
        <w:tc>
          <w:tcPr>
            <w:tcW w:w="3581" w:type="dxa"/>
            <w:tcMar>
              <w:top w:w="0" w:type="dxa"/>
              <w:left w:w="45" w:type="dxa"/>
              <w:bottom w:w="0" w:type="dxa"/>
              <w:right w:w="45" w:type="dxa"/>
            </w:tcMar>
          </w:tcPr>
          <w:p w14:paraId="07EE1FC3" w14:textId="77777777" w:rsidR="00C6200C" w:rsidRDefault="00000000">
            <w:pPr>
              <w:jc w:val="center"/>
            </w:pPr>
            <w:r>
              <w:rPr>
                <w:i/>
                <w:sz w:val="14"/>
              </w:rPr>
              <w:t>Name of Adult Participant (Please Print)</w:t>
            </w:r>
          </w:p>
        </w:tc>
        <w:tc>
          <w:tcPr>
            <w:tcW w:w="3581" w:type="dxa"/>
            <w:tcMar>
              <w:top w:w="0" w:type="dxa"/>
              <w:left w:w="45" w:type="dxa"/>
              <w:bottom w:w="0" w:type="dxa"/>
              <w:right w:w="45" w:type="dxa"/>
            </w:tcMar>
          </w:tcPr>
          <w:p w14:paraId="55452679" w14:textId="77777777" w:rsidR="00C6200C" w:rsidRDefault="00000000">
            <w:pPr>
              <w:jc w:val="center"/>
            </w:pPr>
            <w:r>
              <w:rPr>
                <w:i/>
                <w:sz w:val="14"/>
              </w:rPr>
              <w:t>Date</w:t>
            </w:r>
          </w:p>
        </w:tc>
      </w:tr>
    </w:tbl>
    <w:p w14:paraId="6B0FB15F" w14:textId="77777777" w:rsidR="00C6200C" w:rsidRDefault="00000000">
      <w:pPr>
        <w:spacing w:before="100"/>
      </w:pPr>
      <w:r>
        <w:rPr>
          <w:b/>
        </w:rPr>
        <w:t>Emergency Contact:</w:t>
      </w:r>
      <w:r>
        <w:t xml:space="preserve">   Name  </w:t>
      </w:r>
      <w:sdt>
        <w:sdtPr>
          <w:rPr>
            <w:highlight w:val="yellow"/>
          </w:rPr>
          <w:alias w:val="Emergency Contact Name"/>
          <w:tag w:val="Emergency Contact Name"/>
          <w:id w:val="1140003714"/>
          <w:text/>
        </w:sdtPr>
        <w:sdtContent>
          <w:r w:rsidRPr="0034524B">
            <w:rPr>
              <w:color w:val="777777"/>
              <w:highlight w:val="yellow"/>
            </w:rPr>
            <w:t>click or tap to enter name</w:t>
          </w:r>
        </w:sdtContent>
      </w:sdt>
      <w:r>
        <w:t xml:space="preserve">      Phone  </w:t>
      </w:r>
      <w:sdt>
        <w:sdtPr>
          <w:rPr>
            <w:highlight w:val="yellow"/>
          </w:rPr>
          <w:alias w:val="Emergency Contact Phone"/>
          <w:tag w:val="Emergency Contact Phone"/>
          <w:id w:val="-1243488529"/>
          <w:text/>
        </w:sdtPr>
        <w:sdtContent>
          <w:r w:rsidRPr="0034524B">
            <w:rPr>
              <w:color w:val="777777"/>
              <w:highlight w:val="yellow"/>
            </w:rPr>
            <w:t>click or tap to enter phone</w:t>
          </w:r>
        </w:sdtContent>
      </w:sdt>
    </w:p>
    <w:p w14:paraId="41DF4806" w14:textId="4D529D6E" w:rsidR="0034524B" w:rsidRDefault="0034524B" w:rsidP="0034524B">
      <w:pPr>
        <w:spacing w:before="100"/>
        <w:ind w:left="-360"/>
      </w:pPr>
      <w:r w:rsidRPr="0034524B">
        <w:rPr>
          <w:highlight w:val="yellow"/>
        </w:rPr>
        <w:t xml:space="preserve">After form has been completed: Email back to: </w:t>
      </w:r>
      <w:hyperlink r:id="rId6" w:history="1">
        <w:r w:rsidRPr="0034524B">
          <w:rPr>
            <w:rStyle w:val="Hyperlink"/>
            <w:highlight w:val="yellow"/>
          </w:rPr>
          <w:t>RustyBindingsSkiClub@Gmail.com</w:t>
        </w:r>
      </w:hyperlink>
      <w:r w:rsidRPr="0034524B">
        <w:rPr>
          <w:highlight w:val="yellow"/>
        </w:rPr>
        <w:t>, or mail to Rusty Bindings Ski Club: PO Box 3096 Walnut Creek CA 94598</w:t>
      </w:r>
    </w:p>
    <w:sectPr w:rsidR="0034524B" w:rsidSect="0034524B">
      <w:pgSz w:w="12240" w:h="15840"/>
      <w:pgMar w:top="490" w:right="360" w:bottom="490" w:left="7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7953014">
    <w:abstractNumId w:val="8"/>
  </w:num>
  <w:num w:numId="2" w16cid:durableId="1010916354">
    <w:abstractNumId w:val="6"/>
  </w:num>
  <w:num w:numId="3" w16cid:durableId="692658031">
    <w:abstractNumId w:val="5"/>
  </w:num>
  <w:num w:numId="4" w16cid:durableId="1316296602">
    <w:abstractNumId w:val="4"/>
  </w:num>
  <w:num w:numId="5" w16cid:durableId="1404792676">
    <w:abstractNumId w:val="7"/>
  </w:num>
  <w:num w:numId="6" w16cid:durableId="1402941904">
    <w:abstractNumId w:val="3"/>
  </w:num>
  <w:num w:numId="7" w16cid:durableId="1408843957">
    <w:abstractNumId w:val="2"/>
  </w:num>
  <w:num w:numId="8" w16cid:durableId="1221405877">
    <w:abstractNumId w:val="1"/>
  </w:num>
  <w:num w:numId="9" w16cid:durableId="250937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524B"/>
    <w:rsid w:val="00AA1D8D"/>
    <w:rsid w:val="00B47730"/>
    <w:rsid w:val="00C6200C"/>
    <w:rsid w:val="00CB0664"/>
    <w:rsid w:val="00F97A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1580E9"/>
  <w14:defaultImageDpi w14:val="300"/>
  <w15:docId w15:val="{E12332C5-76F6-4151-8C14-1917830B3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33" w:lineRule="auto"/>
    </w:pPr>
    <w:rPr>
      <w:rFonts w:ascii="Arial" w:hAnsi="Arial"/>
      <w:sz w:val="1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 w:line="240" w:lineRule="auto"/>
      <w:contextualSpacing/>
    </w:pPr>
    <w:rPr>
      <w:rFonts w:asciiTheme="majorHAnsi" w:eastAsiaTheme="majorEastAsia" w:hAnsiTheme="majorHAnsi" w:cstheme="majorBidi"/>
      <w:b/>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4524B"/>
    <w:rPr>
      <w:color w:val="0000FF" w:themeColor="hyperlink"/>
      <w:u w:val="single"/>
    </w:rPr>
  </w:style>
  <w:style w:type="character" w:styleId="UnresolvedMention">
    <w:name w:val="Unresolved Mention"/>
    <w:basedOn w:val="DefaultParagraphFont"/>
    <w:uiPriority w:val="99"/>
    <w:semiHidden/>
    <w:unhideWhenUsed/>
    <w:rsid w:val="00345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ustyBindingsSkiClub@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Cathie Speakman</cp:lastModifiedBy>
  <cp:revision>2</cp:revision>
  <dcterms:created xsi:type="dcterms:W3CDTF">2026-09-18T22:02:00Z</dcterms:created>
  <dcterms:modified xsi:type="dcterms:W3CDTF">2026-09-18T22:02:00Z</dcterms:modified>
  <cp:category/>
</cp:coreProperties>
</file>